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Liek Biogen lupus zlepšuje čistenie kože v strednej fáze štúdie</w:t>
      </w:r>
    </w:p>
    <w:p>
      <w:r>
        <w:t>Zdroj: STAT News</w:t>
      </w:r>
    </w:p>
    <w:p>
      <w:r>
        <w:t>Publikované: Mon, 30 Mar 2026 13:34:29 +0000</w:t>
      </w:r>
    </w:p>
    <w:p/>
    <w:p>
      <w:pPr>
        <w:pStyle w:val="Heading1"/>
      </w:pPr>
      <w:r>
        <w:t>Súhrn</w:t>
      </w:r>
    </w:p>
    <w:p>
      <w:r>
        <w:t>Biogen testoval liek na lupus v strednej fáze štúdie (mid-stage study). Výsledky štúdie naznačujú, že liek zlepšuje čistenie kože u pacientov s lupusom. Štúdia sa zameriavala na účinnosť lieku pri zmierňovaní kožných prejavov lupusu. Okrem toho, článok spomína rozsiahlu dohodu spoločnosti Insilico s Eli Lilly. Takeda prezentovala dáta z tretej fázy štúdie zameranej na liečbu psoriázy. Článok okrem toho prináša aj ďalšie novinky z oblasti biotechnológií.</w:t>
      </w:r>
    </w:p>
    <w:p/>
    <w:p>
      <w:pPr>
        <w:jc w:val="center"/>
      </w:pPr>
      <w:r>
        <w:t>Vygenerované: 30.03.2026 16:00:55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