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Palantir: Nemocnice v New Yorku ukončili zmluvu počas protestov</w:t>
      </w:r>
    </w:p>
    <w:p>
      <w:r>
        <w:t>Zdroj: BMJ</w:t>
      </w:r>
    </w:p>
    <w:p>
      <w:r>
        <w:t>Publikované: 2026-03-30T02:41:13-07:00</w:t>
      </w:r>
    </w:p>
    <w:p/>
    <w:p>
      <w:pPr>
        <w:pStyle w:val="Heading1"/>
      </w:pPr>
      <w:r>
        <w:t>Súhrn</w:t>
      </w:r>
    </w:p>
    <w:p>
      <w:r>
        <w:t>Najväčšia zdravotná sieť v New Yorku, New York City Health + Hospitals (NYCHH), ukončí zmluvu s technologickou spoločnosťou Palantir o analýze dát. Dôvodom sú protesty a tlak verejnosti kvôli etickým obavám spojeným s prácou Palantiru pre US Immigration and Customs Enforcement (ICE). NYCHH zaplatila Palantiru od roku 2023 takmer 4 milióny dolárov za služby analýzy dát. Zmluva nebude obnovená po jej vypršaní v októbri. Kritici rozhodnutie privítali a vidia v ňom príklad pre iné zdravotnícke organizácie. Palantir využíva svoj softvér na identifikáciu, sledovanie a deportáciu nelegálnych migrantov pre ICE. Spoločnosť tiež spolupracovala s americkou armádou na analýze bojiska.</w:t>
      </w:r>
    </w:p>
    <w:p/>
    <w:p>
      <w:pPr>
        <w:jc w:val="center"/>
      </w:pPr>
      <w:r>
        <w:t>Vygenerované: 30.03.2026 13:01:12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