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Gény, ktoré zvyšujú riziko autizmu, sú spoločné medzi predkami</w:t>
      </w:r>
    </w:p>
    <w:p>
      <w:r>
        <w:t>Zdroj: Nature Medicine</w:t>
      </w:r>
    </w:p>
    <w:p>
      <w:r>
        <w:t>Publikované: 2026-03-30</w:t>
      </w:r>
    </w:p>
    <w:p/>
    <w:p>
      <w:pPr>
        <w:pStyle w:val="Heading1"/>
      </w:pPr>
      <w:r>
        <w:t>Súhrn</w:t>
      </w:r>
    </w:p>
    <w:p>
      <w:r>
        <w:t>Tu je stručný súhrn článku v slovenčine: Štúdia publikovaná v Nature Medicine v marci 2026 zistila, že gény spojené so zvýšeným rizikom autizmu sú zdieľané medzi rôznymi etnickými skupinami. Analýza genetických dát od ľudí z Latinskej Ameriky odhalila významný prekrýv s génmi identifikovanými v predchádzajúcich štúdiách, ktoré sa zameriavali primárne na osoby európskeho pôvodu. Tento objav naznačuje, že genetické faktory prispievajúce k autizmu sú konzistentné naprieč rôznymi populáciami. Štúdia bola publikovaná online 30. marca 2026 s DOI: 10.1038/s41591-026-04259-z.</w:t>
      </w:r>
    </w:p>
    <w:p/>
    <w:p>
      <w:pPr>
        <w:jc w:val="center"/>
      </w:pPr>
      <w:r>
        <w:t>Vygenerované: 30.03.2026 13:00:33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