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Novo Nordisk získal schválenie FDA pre bazálny inzulín Awiqli</w:t>
      </w:r>
    </w:p>
    <w:p>
      <w:r>
        <w:t>Zdroj: Pharmaceutical Technology</w:t>
      </w:r>
    </w:p>
    <w:p>
      <w:r>
        <w:t>Publikované: Mon, 30 Mar 2026 08:44:05 +0000</w:t>
      </w:r>
    </w:p>
    <w:p/>
    <w:p>
      <w:pPr>
        <w:pStyle w:val="Heading1"/>
      </w:pPr>
      <w:r>
        <w:t>Súhrn</w:t>
      </w:r>
    </w:p>
    <w:p>
      <w:r>
        <w:t>Spoločnosť Novo Nordisk získala od amerického Úradu pre kontrolu potravín a liečiv (FDA) schválenie pre bazálny inzulín Awiqli. Awiqli je injekčný roztok s koncentráciou 700 jednotiek/ml. Je určený pre dospelých pacientov s diabetom 2. typu. Ide o bazálny inzulín, ktorý sa používa na udržanie stabilnej hladiny cukru v krvi medzi jedlami a počas spánku. Schválenie FDA umožňuje spoločnosti Novo Nordisk uviesť Awiqli na americký trh.</w:t>
      </w:r>
    </w:p>
    <w:p/>
    <w:p>
      <w:pPr>
        <w:jc w:val="center"/>
      </w:pPr>
      <w:r>
        <w:t>Vygenerované: 30.03.2026 11:01:47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