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STAT+: Washington je na pokraji skutočnej reformy PBM</w:t>
      </w:r>
    </w:p>
    <w:p>
      <w:r>
        <w:t>Zdroj: STAT News</w:t>
      </w:r>
    </w:p>
    <w:p>
      <w:r>
        <w:t>Publikované: Mon, 30 Mar 2026 08:30:00 +0000</w:t>
      </w:r>
    </w:p>
    <w:p/>
    <w:p>
      <w:pPr>
        <w:pStyle w:val="Heading1"/>
      </w:pPr>
      <w:r>
        <w:t>Súhrn</w:t>
      </w:r>
    </w:p>
    <w:p>
      <w:r>
        <w:t>Tu je stručný faktický súhrn článku "Opinion: STAT+: Washington is on the verge of true PBM reform": Článok sa zaoberá potenciálnou reformou PBM (Pharmacy Benefit Managers) vo Washingtone. PBM sú subjekty, ktoré spravujú liekové benefity pre poisťovne a zamestnávateľov. Autor článku tvrdí, že Washington je blízko k skutočnej reforme PBM. Článok naznačuje, že PBM majú fiduciárnu povinnosť, teda povinnosť konať v najlepšom záujme svojich klientov. Ďalšie detaily reformy alebo konkrétne opatrenia nie sú v tomto úryvku uvedené.</w:t>
      </w:r>
    </w:p>
    <w:p/>
    <w:p>
      <w:pPr>
        <w:jc w:val="center"/>
      </w:pPr>
      <w:r>
        <w:t>Vygenerované: 30.03.2026 11:01:40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