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Pľúcny epitelioidný trofoblastický nádor bez primárnej lézie maternice: kazuistika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Tu je stručný súhrn článku: Článok popisuje prípad zriedkavého pľúcneho epitelioidného trofoblastického nádoru (ETT) u pacientky bez zistenia primárnej lézie v maternici. ETT je malígny nádor vznikajúci z trofoblastických buniek. V tomto prípade bol nádor lokalizovaný iba v pľúcach. Pacientka podstúpila chirurgický zákrok, konkrétne video-asistovanú torakoskopickú lobektómiu. Histopatologické vyšetrenie potvrdilo diagnózu pľúcneho ETT. Článok sa zaoberá klinickými prejavmi, zobrazovacími metódami, histopatológiou a možnosťami liečby tohto zriedkavého ochorenia. Cieľom je zlepšiť diagnostiku a porozumenie izolovaného pľúcneho ETT.</w:t>
      </w:r>
    </w:p>
    <w:p/>
    <w:p>
      <w:pPr>
        <w:jc w:val="center"/>
      </w:pPr>
      <w:r>
        <w:t>Vygenerované: 30.03.2026 08:01:34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