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Súhrn najlepších dôkazov pre cielené riadenie telesnej teploty u pacientov s ťažkým neurologickým ochorením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Tento článok sumarizuje najlepšie dostupné dôkazy pre cielené riadenie telesnej teploty u pacientov s ťažkým neurologickým ochorením. Výskumníci systematicky prehľadali databázy a zdroje, aby identifikovali relevantné klinické rozhodnutia, usmernenia, konsenzuálne vyhlásenia, systematické prehľady a súhrny dôkazov. Celkovo bolo analyzovaných 20 dokumentov, z ktorých vyplynulo 27 osvedčených postupov. Tieto postupy pokrývajú šesť oblastí: príprava, začatie, udržiavanie, manažment komplikácií, zahrievanie a prognóza. Výsledky poskytujú zdravotníckym pracovníkom základ pre rozhodovanie založené na dôkazoch v oblasti riadenia telesnej teploty u neurokritických pacientov. Cieľom je optimalizovať starostlivosť o túto zraniteľnú skupinu pacientov.</w:t>
      </w:r>
    </w:p>
    <w:p/>
    <w:p>
      <w:pPr>
        <w:jc w:val="center"/>
      </w:pPr>
      <w:r>
        <w:t>Vygenerované: 30.03.2026 08:01:26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