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Párové vertex-okcipitálne hodnotenie odhaľuje zapojenie darcovskej oblasti do difúznej alopécie bez vzoru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Článok opisuje dva prípady mužov s difúznou alopéciou bez vzoru (DUPA), charakterizovanou rozsiahlym rednutím vlasov vrátane zadnej časti hlavy (okcipitálnej oblasti). Párové vyšetrenie vrcholu hlavy a okcipitálnej oblasti odhalilo postihnutie aj potenciálnej darcovskej oblasti pre transplantáciu vlasov. Trichoskopia a biopsie potvrdili miniaturizáciu vlasových folikulov v oboch oblastiach. Pacienti boli liečení finasteridom a minoxidilom, čo viedlo k zlepšeniu hustoty vlasov a zníženiu miniaturizácie po 6 mesiacoch. Štúdia zdôrazňuje dôležitosť dôkladného vyšetrenia okcipitálnej oblasti pri diagnostike DUPA. Párové trichoskopické a biopsické vyšetrenie môže pomôcť pri správnom diagnostikovaní a nastavení liečby. Prehliadnutie postihnutia darcovskej oblasti môže viesť k nevhodnému chirurgickému poradenstvu.</w:t>
      </w:r>
    </w:p>
    <w:p/>
    <w:p>
      <w:pPr>
        <w:jc w:val="center"/>
      </w:pPr>
      <w:r>
        <w:t>Vygenerované: 30.03.2026 07:01:48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