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Kazuistika zrelého cystického teratómu na chvoste pankreasu u 54-ročného muža</w:t>
      </w:r>
    </w:p>
    <w:p>
      <w:r>
        <w:t>Zdroj: Frontiers Medicine</w:t>
      </w:r>
    </w:p>
    <w:p>
      <w:r>
        <w:t>Publikované: 2026-03-30T00:00:00Z</w:t>
      </w:r>
    </w:p>
    <w:p/>
    <w:p>
      <w:pPr>
        <w:pStyle w:val="Heading1"/>
      </w:pPr>
      <w:r>
        <w:t>Súhrn</w:t>
      </w:r>
    </w:p>
    <w:p>
      <w:r>
        <w:t>Tu je stručný súhrn článku: Kazuistika popisuje prípad 54-ročného muža s zriedkavým, benígnym nádorom - zrelým cystickým teratómom - na chvoste pankreasu. Nádor bol objavený náhodne počas rutinného vyšetrenia. Predoperačné zobrazovacie metódy nedokázali jednoznačne určiť povahu lézie. Pacient podstúpil laparoskopickú resekciu lézie s perkutánnou drenážou brucha. Histologické vyšetrenie potvrdilo diagnózu zrelého cystického teratómu. Pacient je sledovaný pooperačne kvôli potenciálnemu riziku malignity. Po viac ako 10 mesiacoch sledovania sa neobjavili žiadne známky recidívy. Článok zdôrazňuje diagnostické ťažkosti pri hodnotení cystických lézií pankreasu a potrebu opatrného prístupu k rozsiahlym chirurgickým resekciám.</w:t>
      </w:r>
    </w:p>
    <w:p/>
    <w:p>
      <w:pPr>
        <w:jc w:val="center"/>
      </w:pPr>
      <w:r>
        <w:t>Vygenerované: 30.03.2026 07:01:06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