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„Kto by urobil niečo také hlúpe?“: Čo sme počuli tento týždeň</w:t>
      </w:r>
    </w:p>
    <w:p>
      <w:r>
        <w:t>Zdroj: MedPage Today</w:t>
      </w:r>
    </w:p>
    <w:p>
      <w:r>
        <w:t>Publikované: Sun, 29 Mar 2026 16:00:00 -0400</w:t>
      </w:r>
    </w:p>
    <w:p/>
    <w:p>
      <w:pPr>
        <w:pStyle w:val="Heading1"/>
      </w:pPr>
      <w:r>
        <w:t>Súhrn</w:t>
      </w:r>
    </w:p>
    <w:p>
      <w:r>
        <w:t>Prepáč, ale nemám k dispozícii celý článok, iba úvodnú vetu. Na základe nej môžem povedať len to, že článok sa zaoberá potenciálnym nebezpečenstvom falošných röntgenových snímok a ich možným dopadom na mladších lekárov. Dr. Elliot Fishman z Johns Hopkins Medicine diskutuje o tejto problematike. Pre presný a faktický súhrn by som potreboval celý text článku.</w:t>
      </w:r>
    </w:p>
    <w:p/>
    <w:p>
      <w:pPr>
        <w:jc w:val="center"/>
      </w:pPr>
      <w:r>
        <w:t>Vygenerované: 29.03.2026 23:00:28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