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Odolná dermatomyozitída sa rýchlo, výrazne zlepšuje s kombinovaným liekom</w:t>
      </w:r>
    </w:p>
    <w:p>
      <w:r>
        <w:t>Zdroj: MedPage Today</w:t>
      </w:r>
    </w:p>
    <w:p>
      <w:r>
        <w:t>Publikované: Sun, 29 Mar 2026 14:59:42 -0400</w:t>
      </w:r>
    </w:p>
    <w:p/>
    <w:p>
      <w:pPr>
        <w:pStyle w:val="Heading1"/>
      </w:pPr>
      <w:r>
        <w:t>Súhrn</w:t>
      </w:r>
    </w:p>
    <w:p>
      <w:r>
        <w:t>Podľa randomizovanej štúdie publikovanej v MedPage Today, brepocitinib, inhibítor TYK2/JAK1, preukázal výrazné zlepšenie u pacientov s dermatomyozitídou rezistentnou na liečbu. Štúdia skúmala účinnosť brepocitinibu v dvoch rôznych dávkach. Vyššia dávka brepocitinibu viedla k zlepšeniu celkového stavu dermatomyozitídy. Štúdia naznačuje, že brepocitinib predstavuje potenciálnu novú liečebnú možnosť pre pacientov, u ktorých súčasné terapie zlyhali.</w:t>
      </w:r>
    </w:p>
    <w:p/>
    <w:p>
      <w:pPr>
        <w:jc w:val="center"/>
      </w:pPr>
      <w:r>
        <w:t>Vygenerované: 29.03.2026 22:00:29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