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Fyziológia založená na angiografii na usmernenie koronárnej revaskularizácie</w:t>
      </w:r>
    </w:p>
    <w:p>
      <w:r>
        <w:t>Zdroj: NEJM</w:t>
      </w:r>
    </w:p>
    <w:p>
      <w:r>
        <w:t>Publikované: 2026-03-29T01:30:00Z</w:t>
      </w:r>
    </w:p>
    <w:p/>
    <w:p>
      <w:pPr>
        <w:pStyle w:val="Heading1"/>
      </w:pPr>
      <w:r>
        <w:t>Súhrn</w:t>
      </w:r>
    </w:p>
    <w:p>
      <w:r>
        <w:t>Angiografia-based fyziológia (fyziológia založená na angiografii) sa používa na usmernenie koronárnej revaskularizácie. Táto metóda využíva angiografické snímky na posúdenie funkčného významu koronárnych lézií. Cieľom je identifikovať pacientov, ktorí by mali najväčší prínos z revaskularizačného zákroku. Použitie angiografie-based fyziológie môže pomôcť pri rozhodovaní o tom, ktoré lézie je potrebné liečiť. Táto technika sa zameriava na zlepšenie klinických výsledkov pacientov s ischemickou chorobou srdca. Štúdie skúmajú efektívnosť a bezpečnosť tejto metódy v porovnaní s tradičnými prístupmi. Výsledky týchto štúdií sú publikované v New England Journal of Medicine.</w:t>
      </w:r>
    </w:p>
    <w:p/>
    <w:p>
      <w:pPr>
        <w:jc w:val="center"/>
      </w:pPr>
      <w:r>
        <w:t>Vygenerované: 30.03.2026 11:00:49</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