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Doplnkový inhibítor spomalený pokles obličiek pri IgA nefropatii</w:t>
      </w:r>
    </w:p>
    <w:p>
      <w:r>
        <w:t>Zdroj: MedPage Today</w:t>
      </w:r>
    </w:p>
    <w:p>
      <w:r>
        <w:t>Publikované: Sun, 29 Mar 2026 01:10:00 -0400</w:t>
      </w:r>
    </w:p>
    <w:p/>
    <w:p>
      <w:pPr>
        <w:pStyle w:val="Heading1"/>
      </w:pPr>
      <w:r>
        <w:t>Súhrn</w:t>
      </w:r>
    </w:p>
    <w:p>
      <w:r>
        <w:t>Iptacopan (Fabhalta) preukázal spomalenie poklesu funkcie obličiek u dospelých pacientov s IgA nefropatiou. Tieto zistenia pochádzajú z konečných dát rozsiahlej štúdie fázy III s názvom APPLAUSE-IgAN. Štúdia potvrdila, že liek splnil svoj primárny cieľ, ktorým bolo zníženie ročného poklesu funkcie obličiek. Iptacopan je inhibítor komplementu, ktorý sa zameriava na imunitný systém. IgA nefropatia je ochorenie, ktoré postihuje obličky a vedie k ich zlyhaniu. Výsledky štúdie naznačujú potenciálny prínos iptacopanu pre pacientov s týmto ochorením.</w:t>
      </w:r>
    </w:p>
    <w:p/>
    <w:p>
      <w:pPr>
        <w:jc w:val="center"/>
      </w:pPr>
      <w:r>
        <w:t>Vygenerované: 29.03.2026 08:45:28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