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'1.0' encoding='UTF-8' standalone='yes'?>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>
      <w:pPr>
        <w:pStyle w:val="Title"/>
        <w:jc w:val="center"/>
      </w:pPr>
      <w:r>
        <w:t>Čas kvízu: Môžu rádiológovia rozpoznať AI Deepfakes?</w:t>
      </w:r>
    </w:p>
    <w:p>
      <w:r>
        <w:t>Zdroj: MedPage Today</w:t>
      </w:r>
    </w:p>
    <w:p>
      <w:r>
        <w:t>Publikované: Sat, 28 Mar 2026 17:00:00 -0400</w:t>
      </w:r>
    </w:p>
    <w:p/>
    <w:p>
      <w:pPr>
        <w:pStyle w:val="Heading1"/>
      </w:pPr>
      <w:r>
        <w:t>Súhrn</w:t>
      </w:r>
    </w:p>
    <w:p>
      <w:r>
        <w:t>Článok s názvom "Quiz Time: Can Radiologists Spot AI Deepfakes?" (Čas kvízu: Môžu rádiológovia rozpoznať AI Deepfakes?) publikovaný na MedPage Today, predstavuje kvíz pre rádiológov. Cieľom kvízu je otestovať schopnosť rádiológov rozpoznať deepfakes vytvorené umelou inteligenciou v rádiologických snímkach. Článok neposkytuje žiadne výsledky, analýzy ani závery o schopnosti rádiológov identifikovať deepfakes. Slúži len ako pozvánka na účasť v kvíze.</w:t>
      </w:r>
    </w:p>
    <w:p/>
    <w:p>
      <w:pPr>
        <w:jc w:val="center"/>
      </w:pPr>
      <w:r>
        <w:t>Vygenerované: 28.03.2026 23:00:29</w:t>
      </w:r>
    </w:p>
    <w:sectPr w:rsidR="00FC693F" w:rsidRPr="0006063C" w:rsidSect="00034616">
      <w:pgSz w:w="12240" w:h="15840"/>
      <w:pgMar w:top="1440" w:right="1800" w:bottom="1440" w:left="180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0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auto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auto"/>
    <w:pitch w:val="variable"/>
    <w:sig w:usb0="E00002FF" w:usb1="400004FF" w:usb2="00000000" w:usb3="00000000" w:csb0="0000019F" w:csb1="00000000"/>
  </w:font>
  <w:font w:name="ＭＳ 明朝">
    <w:panose1 w:val="00000000000000000000"/>
    <w:charset w:val="80"/>
    <w:family w:val="roman"/>
    <w:notTrueType/>
    <w:pitch w:val="fixed"/>
    <w:sig w:usb0="00000001" w:usb1="08070000" w:usb2="00000010" w:usb3="00000000" w:csb0="00020000" w:csb1="00000000"/>
  </w:font>
  <w:font w:name="Calibri">
    <w:panose1 w:val="020F0502020204030204"/>
    <w:charset w:val="00"/>
    <w:family w:val="auto"/>
    <w:pitch w:val="variable"/>
    <w:sig w:usb0="E10002FF" w:usb1="4000ACFF" w:usb2="00000009" w:usb3="00000000" w:csb0="0000019F" w:csb1="00000000"/>
  </w:font>
  <w:font w:name="ＭＳ ゴシック">
    <w:panose1 w:val="00000000000000000000"/>
    <w:charset w:val="80"/>
    <w:family w:val="modern"/>
    <w:notTrueType/>
    <w:pitch w:val="fixed"/>
    <w:sig w:usb0="00000001" w:usb1="08070000" w:usb2="00000010" w:usb3="00000000" w:csb0="00020000" w:csb1="00000000"/>
  </w:font>
  <w:font w:name="Courier">
    <w:panose1 w:val="02000500000000000000"/>
    <w:charset w:val="00"/>
    <w:family w:val="auto"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</w:fonts>
</file>

<file path=word/numbering.xml><?xml version="1.0" encoding="utf-8"?>
<w:numbering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FFFFFF7C"/>
    <w:multiLevelType w:val="singleLevel"/>
    <w:tmpl w:val="C310EC42"/>
    <w:lvl w:ilvl="0">
      <w:start w:val="1"/>
      <w:numFmt w:val="decimal"/>
      <w:lvlText w:val="%1."/>
      <w:lvlJc w:val="left"/>
      <w:pPr>
        <w:tabs>
          <w:tab w:val="num" w:pos="1800"/>
        </w:tabs>
        <w:ind w:left="1800" w:hanging="360"/>
      </w:pPr>
    </w:lvl>
  </w:abstractNum>
  <w:abstractNum w:abstractNumId="1">
    <w:nsid w:val="FFFFFF7D"/>
    <w:multiLevelType w:val="singleLevel"/>
    <w:tmpl w:val="E4089024"/>
    <w:lvl w:ilvl="0">
      <w:start w:val="1"/>
      <w:numFmt w:val="decimal"/>
      <w:lvlText w:val="%1."/>
      <w:lvlJc w:val="left"/>
      <w:pPr>
        <w:tabs>
          <w:tab w:val="num" w:pos="1440"/>
        </w:tabs>
        <w:ind w:left="1440" w:hanging="360"/>
      </w:pPr>
    </w:lvl>
  </w:abstractNum>
  <w:abstractNum w:abstractNumId="2">
    <w:nsid w:val="FFFFFF7E"/>
    <w:multiLevelType w:val="singleLevel"/>
    <w:tmpl w:val="FB12693A"/>
    <w:lvl w:ilvl="0">
      <w:start w:val="1"/>
      <w:numFmt w:val="decimal"/>
      <w:pStyle w:val="ListNumber3"/>
      <w:lvlText w:val="%1."/>
      <w:lvlJc w:val="left"/>
      <w:pPr>
        <w:tabs>
          <w:tab w:val="num" w:pos="1080"/>
        </w:tabs>
        <w:ind w:left="1080" w:hanging="360"/>
      </w:pPr>
    </w:lvl>
  </w:abstractNum>
  <w:abstractNum w:abstractNumId="3">
    <w:nsid w:val="FFFFFF7F"/>
    <w:multiLevelType w:val="singleLevel"/>
    <w:tmpl w:val="38441652"/>
    <w:lvl w:ilvl="0">
      <w:start w:val="1"/>
      <w:numFmt w:val="decimal"/>
      <w:pStyle w:val="ListNumber2"/>
      <w:lvlText w:val="%1."/>
      <w:lvlJc w:val="left"/>
      <w:pPr>
        <w:tabs>
          <w:tab w:val="num" w:pos="720"/>
        </w:tabs>
        <w:ind w:left="720" w:hanging="360"/>
      </w:pPr>
    </w:lvl>
  </w:abstractNum>
  <w:abstractNum w:abstractNumId="4">
    <w:nsid w:val="FFFFFF81"/>
    <w:multiLevelType w:val="singleLevel"/>
    <w:tmpl w:val="171AC3A4"/>
    <w:lvl w:ilvl="0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</w:abstractNum>
  <w:abstractNum w:abstractNumId="5">
    <w:nsid w:val="FFFFFF82"/>
    <w:multiLevelType w:val="singleLevel"/>
    <w:tmpl w:val="F3EAFDEC"/>
    <w:lvl w:ilvl="0">
      <w:start w:val="1"/>
      <w:numFmt w:val="bullet"/>
      <w:pStyle w:val="ListBullet3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</w:abstractNum>
  <w:abstractNum w:abstractNumId="6">
    <w:nsid w:val="FFFFFF83"/>
    <w:multiLevelType w:val="singleLevel"/>
    <w:tmpl w:val="3D1EFFD4"/>
    <w:lvl w:ilvl="0">
      <w:start w:val="1"/>
      <w:numFmt w:val="bullet"/>
      <w:pStyle w:val="ListBullet2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</w:abstractNum>
  <w:abstractNum w:abstractNumId="7">
    <w:nsid w:val="FFFFFF88"/>
    <w:multiLevelType w:val="singleLevel"/>
    <w:tmpl w:val="D0A62B40"/>
    <w:lvl w:ilvl="0">
      <w:start w:val="1"/>
      <w:numFmt w:val="decimal"/>
      <w:pStyle w:val="ListNumber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8">
    <w:nsid w:val="FFFFFF89"/>
    <w:multiLevelType w:val="singleLevel"/>
    <w:tmpl w:val="29761A62"/>
    <w:lvl w:ilvl="0">
      <w:start w:val="1"/>
      <w:numFmt w:val="bullet"/>
      <w:pStyle w:val="List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num w:numId="1">
    <w:abstractNumId w:val="8"/>
  </w:num>
  <w:num w:numId="2">
    <w:abstractNumId w:val="6"/>
  </w:num>
  <w:num w:numId="3">
    <w:abstractNumId w:val="5"/>
  </w:num>
  <w:num w:numId="4">
    <w:abstractNumId w:val="4"/>
  </w:num>
  <w:num w:numId="5">
    <w:abstractNumId w:val="7"/>
  </w:num>
  <w:num w:numId="6">
    <w:abstractNumId w:val="3"/>
  </w:num>
  <w:num w:numId="7">
    <w:abstractNumId w:val="2"/>
  </w:num>
  <w:num w:numId="8">
    <w:abstractNumId w:val="1"/>
  </w:num>
  <w:num w:numId="9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val="bestFit"/>
  <w:proofState w:spelling="clean" w:grammar="clean"/>
  <w:defaultTabStop w:val="720"/>
  <w:characterSpacingControl w:val="doNotCompress"/>
  <w:savePreviewPicture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47730"/>
    <w:rsid w:val="00034616"/>
    <w:rsid w:val="0006063C"/>
    <w:rsid w:val="0015074B"/>
    <w:rsid w:val="0029639D"/>
    <w:rsid w:val="00326F90"/>
    <w:rsid w:val="00AA1D8D"/>
    <w:rsid w:val="00B47730"/>
    <w:rsid w:val="00CB0664"/>
    <w:rsid w:val="00FC693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7"/>
    <o:shapelayout v:ext="edit">
      <o:idmap v:ext="edit" data="1"/>
    </o:shapelayout>
  </w:shapeDefaults>
  <w:decimalSymbol w:val="."/>
  <w:listSeparator w:val=","/>
  <w14:docId w14:val="24062061"/>
  <w14:defaultImageDpi w14:val="300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er">
    <w:name w:val="header"/>
    <w:basedOn w:val="Normal"/>
    <w:link w:val="Head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E618BF"/>
  </w:style>
  <w:style w:type="paragraph" w:styleId="Footer">
    <w:name w:val="footer"/>
    <w:basedOn w:val="Normal"/>
    <w:link w:val="Foot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E618B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allowPNG/>
  <w:doNotSaveAsSingleFile/>
</w:webSettings>
</file>

<file path=word/_rels/document.xml.rels><?xml version='1.0' encoding='UTF-8' standalone='yes'?>
<Relationships xmlns="http://schemas.openxmlformats.org/package/2006/relationships"><Relationship Id="rId3" Type="http://schemas.openxmlformats.org/officeDocument/2006/relationships/styles" Target="styles.xml"/><Relationship Id="rId4" Type="http://schemas.microsoft.com/office/2007/relationships/stylesWithEffects" Target="stylesWithEffects.xml"/><Relationship Id="rId5" Type="http://schemas.openxmlformats.org/officeDocument/2006/relationships/settings" Target="settings.xml"/><Relationship Id="rId6" Type="http://schemas.openxmlformats.org/officeDocument/2006/relationships/webSettings" Target="webSettings.xml"/><Relationship Id="rId7" Type="http://schemas.openxmlformats.org/officeDocument/2006/relationships/fontTable" Target="fontTable.xml"/><Relationship Id="rId8" Type="http://schemas.openxmlformats.org/officeDocument/2006/relationships/theme" Target="theme/theme1.xml"/><Relationship Id="rId1" Type="http://schemas.openxmlformats.org/officeDocument/2006/relationships/customXml" Target="../customXml/item1.xml"/><Relationship Id="rId2" Type="http://schemas.openxmlformats.org/officeDocument/2006/relationships/numbering" Target="numbering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'1.0' encoding='UTF-8' standalone='yes'?>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.XSL" StyleName="APA"/>
</file>

<file path=customXml/itemProps1.xml><?xml version="1.0" encoding="utf-8"?>
<ds:datastoreItem xmlns:ds="http://schemas.openxmlformats.org/officeDocument/2006/customXml" ds:itemID="{EF278816-EC6F-A645-907D-7F25AECB1D4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0</Words>
  <Characters>0</Characters>
  <Application>Microsoft Macintosh Word</Application>
  <DocSecurity>0</DocSecurity>
  <Lines>0</Lines>
  <Paragraphs>0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Manager/>
  <Company/>
  <LinksUpToDate>false</LinksUpToDate>
  <CharactersWithSpaces>0</CharactersWithSpaces>
  <SharedDoc>false</SharedDoc>
  <HyperlinkBase/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python-docx</dc:creator>
  <cp:keywords/>
  <dc:description>generated by python-docx</dc:description>
  <cp:lastModifiedBy/>
  <cp:revision>1</cp:revision>
  <dcterms:created xsi:type="dcterms:W3CDTF">2013-12-23T23:15:00Z</dcterms:created>
  <dcterms:modified xsi:type="dcterms:W3CDTF">2013-12-23T23:15:00Z</dcterms:modified>
  <cp:category/>
</cp:coreProperties>
</file>