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Máme problém s prevenciou užívania látok</w:t>
      </w:r>
    </w:p>
    <w:p>
      <w:r>
        <w:t>Zdroj: MedPage Today</w:t>
      </w:r>
    </w:p>
    <w:p>
      <w:r>
        <w:t>Publikované: Sat, 28 Mar 2026 12:00:00 -0400</w:t>
      </w:r>
    </w:p>
    <w:p/>
    <w:p>
      <w:pPr>
        <w:pStyle w:val="Heading1"/>
      </w:pPr>
      <w:r>
        <w:t>Súhrn</w:t>
      </w:r>
    </w:p>
    <w:p>
      <w:r>
        <w:t>Článok z MedPage Today poukazuje na problém s prevenciou užívania návykových látok u mladistvých. Lekár z detského pohotovostného oddelenia pravidelne pozoruje následky užívania látok u mladých ľudí. Tieto následky zahŕňajú predávkovanie, akútnu intoxikáciu a psychiatrické krízy. Tieto krízy sú často spúšťané látkami, ktoré pôvodne začali ako experiment. Článok naznačuje, že súčasné preventívne opatrenia sú nedostatočné na ochranu mladistvých pred rizikami spojenými s užívaním návykových látok.</w:t>
      </w:r>
    </w:p>
    <w:p/>
    <w:p>
      <w:pPr>
        <w:jc w:val="center"/>
      </w:pPr>
      <w:r>
        <w:t>Vygenerované: 28.03.2026 18:00:30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