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Uzavretie úponu ľavej predsiene – mali by sa odporúčania rozšíriť?</w:t>
      </w:r>
    </w:p>
    <w:p>
      <w:r>
        <w:t>Zdroj: NEJM</w:t>
      </w:r>
    </w:p>
    <w:p>
      <w:r>
        <w:t>Publikované: 2026-03-28T02:30:00Z</w:t>
      </w:r>
    </w:p>
    <w:p/>
    <w:p>
      <w:pPr>
        <w:pStyle w:val="Heading1"/>
      </w:pPr>
      <w:r>
        <w:t>Súhrn</w:t>
      </w:r>
    </w:p>
    <w:p>
      <w:r>
        <w:t>Uzavretie úponu ľavej predsiene (LAA) je zákrok, ktorý sa používa na zníženie rizika mozgovej príhody u pacientov s fibriláciou predsiení. Článok v New England Journal of Medicine sa zaoberá otázkou, či by sa mali rozšíriť súčasné odporúčania pre tento zákrok. V súčasnosti sa LAA uzatvára najmä u pacientov s fibriláciou predsiení, ktorí nemôžu užívať antikoagulačnú liečbu. Článok naznačuje, že by sa mohol zvážiť aj u pacientov, ktorí antikoagulačnú liečbu užívajú, ale majú vysoké riziko krvácania. Rozšírenie odporúčaní by mohlo potenciálne znížiť riziko mozgovej príhody u širšej skupiny pacientov s fibriláciou predsiení. Článok zdôrazňuje potrebu ďalšieho výskumu na potvrdenie bezpečnosti a účinnosti LAA uzatvárania v tejto rozšírenej populácii. Závery článku sú predbežné a vyžadujú si ďalšie klinické štúdie.</w:t>
      </w:r>
    </w:p>
    <w:p/>
    <w:p>
      <w:pPr>
        <w:jc w:val="center"/>
      </w:pPr>
      <w:r>
        <w:t>Vygenerované: 29.03.2026 11:01:15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