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Členské štáty WHO súhlasia s predĺžením rokovaní o kľúčovej prílohe k Pandemickej dohode</w:t>
      </w:r>
    </w:p>
    <w:p>
      <w:r>
        <w:t>Zdroj: WHO News</w:t>
      </w:r>
    </w:p>
    <w:p>
      <w:r>
        <w:t>Publikované: Sat, 28 Mar 2026 19:14:12 Z</w:t>
      </w:r>
    </w:p>
    <w:p/>
    <w:p>
      <w:pPr>
        <w:pStyle w:val="Heading1"/>
      </w:pPr>
      <w:r>
        <w:t>Súhrn</w:t>
      </w:r>
    </w:p>
    <w:p>
      <w:r>
        <w:t>Členské štáty Svetovej zdravotníckej organizácie (WHO) sa dohodli na pokračovaní rokovaní o prílohe k Pandemickej dohode, ktorá sa týka prístupu k patogénom a zdieľania výhod (PABS). Rokovania budú pokračovať koncom apríla. Cieľom je dosiahnuť pokrok pred plánovaným posúdením na Svetovom zdravotníckom zhromaždení (WHA) v máji. Príloha PABS je kľúčovou súčasťou Pandemickej dohody.</w:t>
      </w:r>
    </w:p>
    <w:p/>
    <w:p>
      <w:pPr>
        <w:jc w:val="center"/>
      </w:pPr>
      <w:r>
        <w:t>Vygenerované: 29.03.2026 07:00:28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