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Účinnosť a bezpečnosť LEVI-04 u pacientov s osteoartritídou kolena: randomizovaná, dvojito zaslepená, placebom kontrolovaná štúdia fázy 2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Štúdia je randomizovaná, dvojito zaslepená, placebom kontrolovaná štúdia fázy 2, ktorá hodnotí účinnosť a bezpečnosť lieku LEVI-04 u pacientov s osteoartritídou kolena.[1] LEVI-04 bol dobre tolerovaný u pacientov.[1] Liek vykázal významné zlepšenie bolesti a funkcie kolena.[1] Primárne merania zahŕňajú zmenu v subškále bolesti WOMAC a subškále fyzickej funkcie WOMAC do 17 týždňov.[1] Pacienti museli mať potvrdenú osteoartritídu kolena stupňa KL ≥2 podľa rentgenu a klinických kritérií American College of Rheumatology.[1] Cílové koleno malo skóre bolesti ≥20 z 50 na subškále WOMAC WOMAC pri screeningu a randomizácii.[1] Výsledky podporujú doplnenie endogénneho p75NTR pri liečbe osteoartritídy.[1]</w:t>
      </w:r>
    </w:p>
    <w:p/>
    <w:p>
      <w:pPr>
        <w:jc w:val="center"/>
      </w:pPr>
      <w:r>
        <w:t>Vygenerované: 27.03.2026 01:04:11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