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Doplňte biomarkery počas liečby iptakopánom – odpoveď autorov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Autori oceňujú komentár Felixa Poppelaarsa a kolegov k ich článku o interpretácii doplnkových biomarkerov pri glomerulopatii C3. Poskytujú kontext zo štúdie APPEAR-C3G, ktorá bola randomizovanou, dvojito zaslepenou, multicentrickou štúdiou fázy 3 s placebom. Štúdia hodnotila účinnosť a bezpečnosť iptacopanu v dávke 200 mg dvakrát denne oproti placebu u dospelých pacientov s C3G po dobu 6 mesiacov, nasledovaných 6-mesačnou otvorenou fázou. Všetkých 74 randomizovaných pacientov (38 na iptacopane, 36 na placebe) dokončilo 6-mesačnú dvojito zaslepenú fázu a 73 pacientov dokončilo 12-mesačnú štúdiu. Úrovne biomarkerov na začiatku boli porovnateľné v obidvoch skupinách. Iptacopan potvrdil inhibíciu alternatívnej doplnkovej dráhy rýchlym nástupom a udržaným zlepšením sérového C3, znížením aktivity AP a terminálneho komplementového komplexu sC5b-9 počas 12 mesiacov. Tieto výsledky sa zopakovali aj v skupine s placebom po prechode na otvorenú fázu s iptacopanom.</w:t>
      </w:r>
    </w:p>
    <w:p/>
    <w:p>
      <w:pPr>
        <w:jc w:val="center"/>
      </w:pPr>
      <w:r>
        <w:t>Vygenerované: 27.03.2026 01:04:01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