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Spoločná pozícia Africkej únie k neprenosným ochoreniam, zraneniam a duševnému zdraví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Africká únia prostredníctvom Afrického centra pre kontrolu a prevenciu chorôb sfunkčnila stratégie týkajúce sa neprenosných chorôb, zranení a duševného zdravia. Cieľom je zvrátiť značné ľudské a ekonomické straty spôsobené týmito stavmi. V Afrike sú kardiovaskulárne choroby a iné neprenosné choroby zodpovedné za viac ako 70 % predčasných úmrtí v regióne. Výskyt zranení v cestnej premávke sa zvyšuje na 16,06 úmrtia na 100 000 obyvateľov v predchádzajúcich rokoch. Duševný stav v súčasnosti postihuje 14 % populácie. Tieto fakty zdôrazňujú spoločnú pozíciu Africkej únie k týmto oblastiam.</w:t>
      </w:r>
    </w:p>
    <w:p/>
    <w:p>
      <w:pPr>
        <w:jc w:val="center"/>
      </w:pPr>
      <w:r>
        <w:t>Vygenerované: 27.03.2026 01:02:59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