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Arghavan Salles: vidieť hodnotu diverzity, rovnosti a inklúzie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Arghavan Salles je klinický docent a špeciálny poradca pre kultúru a budovanie komunity na Výskumnom oddelení pre výskum medicíny na Kalifornskej univerzite. Pochádza z Iránu, odkiaľ emigroval so svojou mamou v roku 1985, keď mal päť rokov, počas iránskej revolúcie z roku 1979. Emigrácia bola motivovaná kombináciou faktorov vrátane túžby získať doktorát a odísť z politického režimu. Po emigrácii sa obaja dostali do štátu Iowa. Salles sa venuje otázkam diverzity, rovnosti a inklúzie v zdravotníctve a medicínskom výskume. Jeho práca sa zameriava na vzťah medzi vnímaním stereotypov a pohľadom na hodnotu rozmanitosti v medicínskom prostredí.</w:t>
      </w:r>
    </w:p>
    <w:p/>
    <w:p>
      <w:pPr>
        <w:jc w:val="center"/>
      </w:pPr>
      <w:r>
        <w:t>Vygenerované: 27.03.2026 01:02:12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