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[Svetová správa] Budovanie dynamiky v Africkej agentúre pre lieky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Africká agentúra pre lieky (AMA) je nový kontinentálny regulačný orgán, ktorý bol oficiálne spustený v roku 2025 v Mombase na Keni počas konferencie SCoMRA VII. Sídli v Kigali v Rwande a pôsobí ako špecializovaná agentúra Africkej únie na reguláciu a dohľad nad liekmi. AMA koordinuje celokontinentálne recenzie klinických skúšok, harmonizuje predpisy pre zdravotnícke produkty a posilňuje dohľad nad výrobou liekov. Cieľom je zjednotiť roztrieštené regulačné systémy, znížiť fragmentáciu a zabezpečiť prístup k bezpečným, účinným a kvalitným liekom. Zmluva o jej založení bola podpísaná už 27 africkými krajinami, ďalšie krajiny proces dokončia čoskoro. Európska lieková agentúra (EMA) poskytuje podporu vrátane 10 miliónov eur z grantu Európskej komisie na budovanie kapacít a zdieľanie skúseností. AMA nadväzuje na iniciatívu African Medicines Regulatory Harmonization (AMRH) a bojuje proti falšovaným a nekvalitným liekom. Podľa riaditeľky Dr. Delese Mimi Darko sa zameriava na udržateľné financovanie, strategické plánovanie a súkromný sektor.[1][2][3][5][6][7]</w:t>
      </w:r>
    </w:p>
    <w:p/>
    <w:p>
      <w:pPr>
        <w:jc w:val="center"/>
      </w:pPr>
      <w:r>
        <w:t>Vygenerované: 27.03.2026 01:01:50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