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Offline: Medicínska kultúra potrebuje reformu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vyhľadávacích výsledkoch sa nenachádza článok s názvom "[Comment] Offline: Medical culture needs reform". Vyhľadávacie výsledky obsahujú predikcie a trendy v zdravotníctve na rok 2026, nie spomínaný komentár o reforme medicínskej kultúry. Ak máte prístup k plnému textu tohto článku, môžem vám pomôcť vytvoriť stručný faktický súhrn v slovenčine podľa vašich špecifikácií.</w:t>
      </w:r>
    </w:p>
    <w:p/>
    <w:p>
      <w:pPr>
        <w:jc w:val="center"/>
      </w:pPr>
      <w:r>
        <w:t>Vygenerované: 27.03.2026 01:01:28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