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Komentár Lancet Retracts 1977; Predpovedanie rakoviny pečene; Podvod s genetickým testovaním</w:t>
      </w:r>
    </w:p>
    <w:p>
      <w:r>
        <w:t>Zdroj: MedPage Today</w:t>
      </w:r>
    </w:p>
    <w:p>
      <w:r>
        <w:t>Publikované: Fri, 27 Mar 2026 15:38:20 -0400</w:t>
      </w:r>
    </w:p>
    <w:p/>
    <w:p>
      <w:pPr>
        <w:pStyle w:val="Heading1"/>
      </w:pPr>
      <w:r>
        <w:t>Súhrn</w:t>
      </w:r>
    </w:p>
    <w:p>
      <w:r>
        <w:t>Časopis The Lancet stiahol 49 rokov starý komentár, ktorý bol použitý v súdnom spore na podporu bezpečnosti produktov z mastenca. Dôvodom stiahnutia je zistenie, že autor komentára bol v čase jeho publikovania plateným konzultantom spoločnosti Johnson &amp; Johnson. Komentár bol nepodpísaný. Článok sa tiež venuje téme predpovedania rakoviny pečene a podvodom v oblasti genetického testovania.</w:t>
      </w:r>
    </w:p>
    <w:p/>
    <w:p>
      <w:pPr>
        <w:jc w:val="center"/>
      </w:pPr>
      <w:r>
        <w:t>Vygenerované: 27.03.2026 22:00:45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