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Osvedčené a pravdivé lapače na liečbu karpálneho tunela v kontrolovanej skúške</w:t>
      </w:r>
    </w:p>
    <w:p>
      <w:r>
        <w:t>Zdroj: MedPage Today</w:t>
      </w:r>
    </w:p>
    <w:p>
      <w:r>
        <w:t>Publikované: Fri, 27 Mar 2026 12:04:46 -0400</w:t>
      </w:r>
    </w:p>
    <w:p/>
    <w:p>
      <w:pPr>
        <w:pStyle w:val="Heading1"/>
      </w:pPr>
      <w:r>
        <w:t>Súhrn</w:t>
      </w:r>
    </w:p>
    <w:p>
      <w:r>
        <w:t>Randomizovaná štúdia porovnávala účinnosť dlahy zápästia, bežnej konzervatívnej liečby syndrómu karpálneho tunela (CTS), s mäkkým zábalom. Výsledky štúdie ukázali, že pacienti s CTS, ktorí používali dlahu zápästia, nedosiahli lepšie výsledky ako tí, ktorí používali mäkký zábal. Štúdia bola kontrolovaná placebom, čo zvyšuje jej spoľahlivosť. Zistenia naznačujú, že účinnosť dlahy zápästia pri liečbe CTS môže byť prehodnotená. Štúdia spochybňuje široko používanú prax predpisovania dlahy zápästia ako primárnej liečby CTS.</w:t>
      </w:r>
    </w:p>
    <w:p/>
    <w:p>
      <w:pPr>
        <w:jc w:val="center"/>
      </w:pPr>
      <w:r>
        <w:t>Vygenerované: 27.03.2026 19:00:53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