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spoločnosti Novo Nordisk, ktorá zvyšuje zameranie spotrebiteľov, FDA schvaľuje génovú terapiu a ďalšie</w:t>
      </w:r>
    </w:p>
    <w:p>
      <w:r>
        <w:t>Zdroj: STAT News</w:t>
      </w:r>
    </w:p>
    <w:p>
      <w:r>
        <w:t>Publikované: Fri, 27 Mar 2026 13:25:17 +0000</w:t>
      </w:r>
    </w:p>
    <w:p/>
    <w:p>
      <w:pPr>
        <w:pStyle w:val="Heading1"/>
      </w:pPr>
      <w:r>
        <w:t>Súhrn</w:t>
      </w:r>
    </w:p>
    <w:p>
      <w:r>
        <w:t>Spoločnosť Novo Nordisk, známa výrobou liekov na cukrovku a obezitu, posilňuje svoje zameranie na spotrebiteľov. Dôkazom je vymenovanie Poula Weihraucha, generálneho riaditeľa spoločnosti Mars, za pozorovateľa predstavenstva. Tento krok naznačuje snahu spoločnosti Novo Nordisk lepšie porozumieť spotrebiteľskému trhu a prispôsobiť sa jeho potrebám. FDA (Americký úrad pre kontrolu potravín a liečiv) schválil novú génovú terapiu.</w:t>
      </w:r>
    </w:p>
    <w:p/>
    <w:p>
      <w:pPr>
        <w:jc w:val="center"/>
      </w:pPr>
      <w:r>
        <w:t>Vygenerované: 27.03.2026 15:00:53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