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Metaanalýza faktorov pooperačného delíria u pacientov podstupujúcich rutinnú starostlivosť v zotavovacej miestnosti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Metaanalýza skúmala rizikové faktory pooperačného delíria (POD) u pacientov v zotavovacej miestnosti. Analyzovaných bolo 20 štúdií s celkovým počtom 6877 pacientov. Zistené rizikové faktory zahŕňajú vyšší vek, mužské pohlavie, nízky BMI, dlhší čas operácie a anestézie. Prítomnosť hypertenzie, diabetes mellitus, fajčenie, konzumácia alkoholu a mozgový infarkt v anamnéze tiež zvyšovali riziko POD. Zvýšená intraoperačná strata krvi a horší fyzický stav podľa klasifikácie ASA boli spojené s vyšším rizikom. Nedostatočné užívanie dexmedetomidínu a znížená pooperačná hladina albumínu taktiež prispeli k vyššiemu výskytu POD.</w:t>
      </w:r>
    </w:p>
    <w:p/>
    <w:p>
      <w:pPr>
        <w:jc w:val="center"/>
      </w:pPr>
      <w:r>
        <w:t>Vygenerované: 27.03.2026 14:01:26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