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interná validácia diagnostického skóre CHOCHP (ECDS) u starších ľudí: viacrozmerný diagnostický nástroj pre stredne ťažkú ​​až ťažkú ​​chronickú obštrukčnú chorobu pľúc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Štúdia sa zaoberala problematikou presnej diagnostiky CHOCHP u starších pacientov (nad 65 rokov), kde štandardné metódy nemusia byť optimálne. Vyvinuté bolo nové diagnostické skóre ECDS (Elderly COPD Diagnostic Score), ktoré integruje klinické a funkčné parametre. ECDS zahŕňa vážené komponenty ako FEV₁/FVC, vek, Charlsonov index komorbidity, skóre mMRC dyspnoe a skóre COPD Assessment Test. Skóre ECDS preukázalo vysokú presnosť pri rozlišovaní CHOCHP od non-CHOCHP v dvoch kohortách pacientov. Štúdia tiež identifikovala vekovo špecifické prahové hodnoty FEV₁/FVC, ktoré sú presnejšie ako fixná hodnota. ECDS predstavuje potenciálne užitočný nástroj pre diagnostiku CHOCHP u starších pacientov, najmä u tých s komorbiditami. Ďalšie overenie je potrebné pre mierne formy ochorenia.</w:t>
      </w:r>
    </w:p>
    <w:p/>
    <w:p>
      <w:pPr>
        <w:jc w:val="center"/>
      </w:pPr>
      <w:r>
        <w:t>Vygenerované: 27.03.2026 14:01:18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