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Intravenous thrombolysis versus antiplatelet standard care for patients with mild acute ischemic stroke: a systematic review and meta-analysis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Prepáč, ale nemám prístup k obsahu článku, ktorý si uviedol. Preto nemôžem poskytnúť faktický súhrn. Potreboval by som text samotného článku, aby som mohol vytvoriť jeho stručný prehľad.</w:t>
      </w:r>
    </w:p>
    <w:p/>
    <w:p>
      <w:pPr>
        <w:jc w:val="center"/>
      </w:pPr>
      <w:r>
        <w:t>Vygenerované: 27.03.2026 14:01:11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