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Vedci zistili, prečo lieky proti rakovine nefungujú pre každého</w:t>
      </w:r>
    </w:p>
    <w:p>
      <w:r>
        <w:t>Zdroj: ScienceDaily Health</w:t>
      </w:r>
    </w:p>
    <w:p>
      <w:r>
        <w:t>Publikované: Fri, 27 Mar 2026 08:31:17 EDT</w:t>
      </w:r>
    </w:p>
    <w:p/>
    <w:p>
      <w:pPr>
        <w:pStyle w:val="Heading1"/>
      </w:pPr>
      <w:r>
        <w:t>Súhrn</w:t>
      </w:r>
    </w:p>
    <w:p>
      <w:r>
        <w:t>Vedci zistili, že niektoré lieky proti rakovine sa hromadia v lyzozómoch nádorových buniek. Toto hromadenie vytvára zásobníky liečiva s postupným uvoľňovaním. Výsledkom je nerovnomerná distribúcia lieku v nádore. Niektoré rakovinové bunky sú tak vystavené vysokej koncentrácii lieku, zatiaľ čo iné sú ovplyvnené minimálne. Tento mechanizmus vysvetľuje, prečo liečba rakoviny nie je rovnako účinná pre všetkých pacientov. Lepšie pochopenie tohto procesu by mohlo viesť k personalizovanejšej liečbe.</w:t>
      </w:r>
    </w:p>
    <w:p/>
    <w:p>
      <w:pPr>
        <w:jc w:val="center"/>
      </w:pPr>
      <w:r>
        <w:t>Vygenerované: 27.03.2026 14:00:43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