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Rocketova génová terapia Kresladi získala schválenie FDA pri zriedkavých imunitných ochoreniach</w:t>
      </w:r>
    </w:p>
    <w:p>
      <w:r>
        <w:t>Zdroj: Pharmaceutical Technology</w:t>
      </w:r>
    </w:p>
    <w:p>
      <w:r>
        <w:t>Publikované: Fri, 27 Mar 2026 11:44:10 +0000</w:t>
      </w:r>
    </w:p>
    <w:p/>
    <w:p>
      <w:pPr>
        <w:pStyle w:val="Heading1"/>
      </w:pPr>
      <w:r>
        <w:t>Súhrn</w:t>
      </w:r>
    </w:p>
    <w:p>
      <w:r>
        <w:t>Génová terapia Kresladi od spoločnosti Rocket Pharmaceuticals získala schválenie od amerického Úradu pre kontrolu potravín a liečiv (FDA) pre liečbu zriedkavých imunitných ochorení. Toto schválenie predstavuje významný krok v liečbe týchto ochorení. Spoločnosť Rocket Pharmaceuticals získala vďaka schváleniu prioritnú poukážku na preskúmanie. Hodnota tejto poukážky na sekundárnom trhu sa odhaduje na približne 200 miliónov dolárov.</w:t>
      </w:r>
    </w:p>
    <w:p/>
    <w:p>
      <w:pPr>
        <w:jc w:val="center"/>
      </w:pPr>
      <w:r>
        <w:t>Vygenerované: 27.03.2026 13:01:35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