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EMA odporúča obmedziť používanie Tecovirimat SIGA</w:t>
      </w:r>
    </w:p>
    <w:p>
      <w:r>
        <w:t>Zdroj: EMA News</w:t>
      </w:r>
    </w:p>
    <w:p>
      <w:r>
        <w:t>Publikované: Fri, 27 Mar 2026 12:01:00 +0100</w:t>
      </w:r>
    </w:p>
    <w:p/>
    <w:p>
      <w:pPr>
        <w:pStyle w:val="Heading1"/>
      </w:pPr>
      <w:r>
        <w:t>Súhrn</w:t>
      </w:r>
    </w:p>
    <w:p>
      <w:r>
        <w:t>Výbor CHMP pri EMA odporučil obmedziť používanie lieku Tecovirimat SIGA na liečbu mpox (opičích kiahní). Toto rozhodnutie vychádza z prehodnotenia dostupných dát. Dôvodom obmedzenia je zmena v posúdení pomeru prínosov a rizík lieku v kontexte aktuálnej epidemiologickej situácie. Odporúčanie sa týka len liečby mpox a nemá vplyv na iné indikácie, ak existujú. EMA bude naďalej monitorovať situáciu a v prípade potreby prehodnotí svoje stanovisko. Presné detaily obmedzenia budú zverejnené v aktualizovaných informáciách o lieku.</w:t>
      </w:r>
    </w:p>
    <w:p/>
    <w:p>
      <w:pPr>
        <w:jc w:val="center"/>
      </w:pPr>
      <w:r>
        <w:t>Vygenerované: 27.03.2026 13:00:48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