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Stanovisko: Rozloženie voliteľných vstupov by mohlo zachrániť životy, posilniť nemocnice a znížiť výdavky na zdravotníctvo</w:t>
      </w:r>
    </w:p>
    <w:p>
      <w:r>
        <w:t>Zdroj: STAT News</w:t>
      </w:r>
    </w:p>
    <w:p>
      <w:r>
        <w:t>Publikované: Fri, 27 Mar 2026 08:30:00 +0000</w:t>
      </w:r>
    </w:p>
    <w:p/>
    <w:p>
      <w:pPr>
        <w:pStyle w:val="Heading1"/>
      </w:pPr>
      <w:r>
        <w:t>Súhrn</w:t>
      </w:r>
    </w:p>
    <w:p>
      <w:r>
        <w:t>Článok sa zaoberá potenciálnymi výhodami rozloženia voliteľných (plánovaných) hospitalizácií v nemocniciach. Autor tvrdí, že rovnomernejšie rozloženie týchto príjmov by mohlo viesť k zlepšeniu bezpečnosti pacientov. Ďalej naznačuje, že by to mohlo prispieť k lepšej pohode lekárov a zdravotníckeho personálu. V neposlednom rade, rozloženie voliteľných príjmov by mohlo viesť k zníženiu celkových výdavkov na zdravotnú starostlivosť. Autor zdôrazňuje, že táto intervencia by mohla priniesť výhody pre pacientov, zdravotníkov aj nemocnice.</w:t>
      </w:r>
    </w:p>
    <w:p/>
    <w:p>
      <w:pPr>
        <w:jc w:val="center"/>
      </w:pPr>
      <w:r>
        <w:t>Vygenerované: 27.03.2026 10:01:00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