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Trumpova administratíva hovorí, že podvody v domácej starostlivosti sú „rozšírené“. Čo ukazujú údaje?</w:t>
      </w:r>
    </w:p>
    <w:p>
      <w:r>
        <w:t>Zdroj: STAT News</w:t>
      </w:r>
    </w:p>
    <w:p>
      <w:r>
        <w:t>Publikované: Fri, 27 Mar 2026 08:30:00 +0000</w:t>
      </w:r>
    </w:p>
    <w:p/>
    <w:p>
      <w:pPr>
        <w:pStyle w:val="Heading1"/>
      </w:pPr>
      <w:r>
        <w:t>Súhrn</w:t>
      </w:r>
    </w:p>
    <w:p>
      <w:r>
        <w:t>Trumpova administratíva vyhlásila, že v oblasti domácej starostlivosti dochádza k rozsiahlym podvodom. Avšak, administratíva neposkytla žiadne konkrétne dôkazy na podporu tohto tvrdenia. Článok STAT+ sa zaoberá týmto tvrdením a skúma dostupné údaje o podvodoch v domácej starostlivosti. Zatiaľ nie je jasné, či existujú rozsiahle dôkazy o takýchto podvodoch, ako tvrdí Trumpova administratíva.</w:t>
      </w:r>
    </w:p>
    <w:p/>
    <w:p>
      <w:pPr>
        <w:jc w:val="center"/>
      </w:pPr>
      <w:r>
        <w:t>Vygenerované: 27.03.2026 10:00:45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