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Ako sa zvyšuje politický tlak, akreditátor lekárskej fakulty upúšťa od požiadavky učiť o rovnosti v zdraví</w:t>
      </w:r>
    </w:p>
    <w:p>
      <w:r>
        <w:t>Zdroj: STAT News</w:t>
      </w:r>
    </w:p>
    <w:p>
      <w:r>
        <w:t>Publikované: Fri, 27 Mar 2026 08:30:00 +0000</w:t>
      </w:r>
    </w:p>
    <w:p/>
    <w:p>
      <w:pPr>
        <w:pStyle w:val="Heading1"/>
      </w:pPr>
      <w:r>
        <w:t>Súhrn</w:t>
      </w:r>
    </w:p>
    <w:p>
      <w:r>
        <w:t>Akreditačný orgán pre lekárske fakulty v USA zrušil požiadavku na výučbu o nerovnostiach v oblasti zdravia. Toto rozhodnutie prichádza v čase rastúceho politického tlaku na oblasť zdravotníctva. Pôvodné štandardy vyžadovali, aby lekárske fakulty zahrnuli do svojich osnov témy týkajúce sa nerovností v zdraví. Zmena v štandardoch znamená, že školy už nie sú povinné explicitne vyučovať túto problematiku. Dôvody pre zrušenie požiadavky neboli bezprostredne zverejnené. Nové štandardy budú mať vplyv na akreditáciu lekárskych fakúlt v USA.</w:t>
      </w:r>
    </w:p>
    <w:p/>
    <w:p>
      <w:pPr>
        <w:jc w:val="center"/>
      </w:pPr>
      <w:r>
        <w:t>Vygenerované: 27.03.2026 10:00:30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