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funkčnej asymetrie a senzomotorických deficitov po totálnej endoprotéze kolena zamerané na rehabilitáciu: dôsledky pre terapeutické stratégie v muskuloskeletálnej starostlivosti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Štúdia sa zaoberala funkčnou asymetriou a senzomotorickými deficitmi u pacientov 6-12 mesiacov po totálnej endoprotéze kolena (TKA). Výskumníci merali funkčnú asymetriu pomocou testov ako Single-Leg Sit-to-Stand (SLSST), Step-Down test a modifikovaný test rovnováhy Star Excursion Balance Test (mSEBT). Zistili významné korelácie medzi asymetriou a funkčnými výsledkami (TUG, 30CST) a výsledkami uvádzanými pacientom (KOOS-ADL, KOOS-Sport/Rec). Asymetria v SLSST, Step-Down a mSEBT bola identifikovaná ako prediktor horších výsledkov v TUG a KOOS-ADL. Pacienti s vyššou asymetriou vykazovali horšie výsledky vo všetkých meraniach. Štúdia naznačuje, že funkčná asymetria a senzomotorické deficity sú spojené s horšou pohyblivosťou a funkciou po TKA a dajú sa efektívne identifikovať pomocou dostupných nástrojov. Výsledky podporujú zahrnutie týchto meraní do pooperačného hodnotenia a plánovania rehabilitácie.</w:t>
      </w:r>
    </w:p>
    <w:p/>
    <w:p>
      <w:pPr>
        <w:jc w:val="center"/>
      </w:pPr>
      <w:r>
        <w:t>Vygenerované: 27.03.2026 07:46:20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