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Biomechanický kompenzačný reťazec a zvyškový kompenzačný potenciál pri starnúcej deformácii chrbtice: naratívny prehľad a multimodálny rámec hodnotenia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Článok sa zaoberá deformitou chrbtice u dospelých (ASD), ktorá vedie k progresívnej dekompenzácii chrbtice a dolných končatín. Táto dekompenzácia znižuje pohyblivosť a zvyšuje riziko pádov u starších ľudí. Kompenzačný reťazec zahŕňa zadný sklon panvy, hyperextenziu bedra, flexiu kolena a dorziflexiu členka. Dlhodobé udržiavanie týchto kompenzačných pozícií vedie k degeneratívnym zmenám v kĺboch dolných končatín. Autori navrhujú rámec hodnotenia "potenciál reziduálnej kompenzácie" (RCP), ktorý kombinuje zobrazovanie EOS, 3D analýzu chôdze a elektromyografiu (sEMG). RCP má kvantifikovať zostávajúcu kompenzačnú kapacitu kĺbov a rozdeliť pacientov do kategórií pre lepšie plánovanie chirurgickej a rehabilitačnej liečby. Hodnotenie ASD by malo zahŕňať funkčný stav dolných končatín, nie len statické zarovnanie chrbtice.</w:t>
      </w:r>
    </w:p>
    <w:p/>
    <w:p>
      <w:pPr>
        <w:jc w:val="center"/>
      </w:pPr>
      <w:r>
        <w:t>Vygenerované: 27.03.2026 07:45:46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