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Táto nebezpečná kombinácia vo vašom tele môže zvýšiť riziko smrti o 83 %</w:t>
      </w:r>
    </w:p>
    <w:p>
      <w:r>
        <w:t>Zdroj: ScienceDaily Health</w:t>
      </w:r>
    </w:p>
    <w:p>
      <w:r>
        <w:t>Publikované: Fri, 27 Mar 2026 01:23:23 EDT</w:t>
      </w:r>
    </w:p>
    <w:p/>
    <w:p>
      <w:pPr>
        <w:pStyle w:val="Heading1"/>
      </w:pPr>
      <w:r>
        <w:t>Súhrn</w:t>
      </w:r>
    </w:p>
    <w:p>
      <w:r>
        <w:t>Kombinácia nadmerného brušného tuku a nízkej svalovej hmoty, známa ako sarkopenická obezita, je spojená s výrazne zvýšeným rizikom úmrtia. Podľa štúdie táto kombinácia zvyšuje pravdepodobnosť úmrtia až o 83%. Sarkopenická obezita vytvára negatívny cyklus, kde tuk podporuje úbytok svalovej hmoty a zápal. Tento stav je možné diagnostikovať pomocou jednoduchých meraní, čím sa umožňuje včasná intervencia. Včasná diagnostika a intervencia sú kľúčové pre zníženie rizika vážnych zdravotných komplikácií spojených so sarkopenickou obezitou.</w:t>
      </w:r>
    </w:p>
    <w:p/>
    <w:p>
      <w:pPr>
        <w:jc w:val="center"/>
      </w:pPr>
      <w:r>
        <w:t>Vygenerované: 27.03.2026 07:00:28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