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FDA schvaľuje génovú terapiu Rocket pre zriedkavé poruchy imunity</w:t>
      </w:r>
    </w:p>
    <w:p>
      <w:r>
        <w:t>Zdroj: STAT News</w:t>
      </w:r>
    </w:p>
    <w:p>
      <w:r>
        <w:t>Publikované: Fri, 27 Mar 2026 00:42:07 +0000</w:t>
      </w:r>
    </w:p>
    <w:p/>
    <w:p>
      <w:pPr>
        <w:pStyle w:val="Heading1"/>
      </w:pPr>
      <w:r>
        <w:t>Súhrn</w:t>
      </w:r>
    </w:p>
    <w:p>
      <w:r>
        <w:t>Americký Úrad pre kontrolu potravín a liečiv (FDA) schválil génovú terapiu od spoločnosti Rocket Pharmaceuticals na liečbu zriedkavej poruchy imunity. Táto terapia, ktorej názov nie je v článku uvedený, bola testovaná na malej skupine deviatich pacientov. Testovanie prinieslo pozitívne výsledky. Ide o významný krok v liečbe tohto zriedkavého ochorenia. FDA schválením umožňuje komerčné využitie tejto génovej terapie pre pacientov s danou poruchou imunity.</w:t>
      </w:r>
    </w:p>
    <w:p/>
    <w:p>
      <w:pPr>
        <w:jc w:val="center"/>
      </w:pPr>
      <w:r>
        <w:t>Vygenerované: 27.03.2026 02:00:30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