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Demokrati v Senáte odpálili najnovší návrh zákona o dostupnej starostlivosti od CMS</w:t>
      </w:r>
    </w:p>
    <w:p>
      <w:r>
        <w:t>Zdroj: MedPage Today</w:t>
      </w:r>
    </w:p>
    <w:p>
      <w:r>
        <w:t>Publikované: Fri, 27 Mar 2026 17:26:34 -0400</w:t>
      </w:r>
    </w:p>
    <w:p/>
    <w:p>
      <w:pPr>
        <w:pStyle w:val="Heading1"/>
      </w:pPr>
      <w:r>
        <w:t>Súhrn</w:t>
      </w:r>
    </w:p>
    <w:p>
      <w:r>
        <w:t>Demokrati v Senáte kritizujú nový návrh od CMS (Centra pre služby Medicare a Medicaid) týkajúci sa Zákona o dostupnej starostlivosti (ACA). Návrh umožňuje predaj zdravotných plánov s vysokými spoluúčasťami a obmedzeným krytím na burzách zdravotného poistenia. Demokrati tieto plány označujú ako "nezdravé". Kritika sa zameriava na potenciálne zníženie kvality a rozsahu zdravotného poistenia dostupného cez ACA. Návrh bol predložený Trumpovou administratívou.</w:t>
      </w:r>
    </w:p>
    <w:p/>
    <w:p>
      <w:pPr>
        <w:jc w:val="center"/>
      </w:pPr>
      <w:r>
        <w:t>Vygenerované: 28.03.2026 00:00:37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