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 vedeckých časopisoch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Nemôžem vytvoriť súhrn požadovaného článku, pretože dostupné výsledky vyhľadávania neobsahujú plný text článku zo Science, zväzok 391, číslo 6792 zo marca 2026. Z dostupných zdrojov mám len krátky popis obálky čísla, ktorý spomína výskum o bizonoch v Yellowstone a ich vplyve na dusíkový cyklus[1], ale to nie je úplný článok potrebný na vytvorenie podrobného súhrnu podľa vašich požiadaviek. Na vytvorenie presného a faktického súhrnu v slovenčine by som potreboval prístup k úplnému textu článku z uvedeného čísla Science.</w:t>
      </w:r>
    </w:p>
    <w:p/>
    <w:p>
      <w:pPr>
        <w:jc w:val="center"/>
      </w:pPr>
      <w:r>
        <w:t>Vygenerované: 26.03.2026 21:08:33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