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Iránska vojna spôsobila vedľajšie škody na dedičstvo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Iránska vojna spôsobila vedľajšie škody na najmenej 56 kultúrnych pamiatkach, monumentoch a múzeách od začiatku útokov USA a Izraela 28. februára.[1] V centre Teheránu utrpela poškodenie palác Golestán z 18. storočia rozbitými oknami, zrkadlami a dverami v dôsledku výbuchov a troskov.[1][2] V severnom Teheráne došlo k pádu stropov a rozbitiu skla v komplexe Sa'dabad z 19. storočia.[1] Výbuch juhozápadne od Teheránu poškodil hrad Šapur Chást z 3. storočia v Chorramabáde a zranil päť zamestnancov múzea.[1] V Isfaháne hlásia poškodenie 21 kultúrnych pamiatok vrátane paláca Čehél Sotún z 17. storočia a najstaršej piatkovej mešity Masjed-e Džáme.[1] Všetky škody sú zatiaľ vedľajšie, čo potvrdzujú iránske ministerstvo kultúrneho dedičstva a správy UNESCO.[1][2] Iránsky blackout internetu sťažuje globálne monitorovanie škôd satelitnými snímkami.[1] UNESCO poskytlo bojujúcim stranám súradnice chránených pamiatok a Irán chráni artefakty balením a značkami Blue Shield na vyše 100 objektoch.[1]</w:t>
      </w:r>
    </w:p>
    <w:p/>
    <w:p>
      <w:pPr>
        <w:jc w:val="center"/>
      </w:pPr>
      <w:r>
        <w:t>Vygenerované: 26.03.2026 21:06:41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