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Chromatín tlmí torzné napätie počas transkripcie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Počas transkripcie sa RNA polymeráza II musí pohybovať po DNA a zároveň sa otáčať okolo jej špirálnej štruktúry, čo vytvára torzné napätie podobné napätiu v skrútenom lane[1][2]. Vedci zistili, že polymeráza II generuje krútiaci moment 9 pikonewtonmetrov samotná a 13 pikonewtonmetrov s proteínom TFIIS, čím sa správa ako silný rotačný motor[1][2]. Chromatín, ktorý je základnou jednotkou balenia DNA v bunkách, významne znižuje toto torzné napätie a umožňuje polymeráze efektívnejší prechod cez nukleozómy v porovnaní s osamoteným nukleozómom[1][2]. Enzýmy nazývané topoisomerázy ďalej pomáhajú tým, že dočasne prerežú DNA a uvoľnia napätie, čím umožňujú polymeráze postupovať cez viacero nukleozómov[1][2]. Tieto zistenia odhaľujú neočakávanú úlohu chromatiínu – namiesto toho, aby bol len prekážkou transkripcie, v skutočnosti ju uľahčuje svojimi fyzikálnymi vlastnosťami[1][2]. Výskum tak demonštruje, ako sa zložité biologické procesy vznikajú z jednoduchých fyzikálnych vlastností biomolekúl[5].</w:t>
      </w:r>
    </w:p>
    <w:p/>
    <w:p>
      <w:pPr>
        <w:jc w:val="center"/>
      </w:pPr>
      <w:r>
        <w:t>Vygenerované: 26.03.2026 21:01:57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