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choroba odoláva diagnóze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Článok „When disease resists diagnosis“ (Science, zväzok 391, číslo 6792, strana 1329, marec 2026) sa zaoberá výzvami v diagnostike chorôb, ktoré odolávajú presnému určeniu. Štúdia z Fínskej univerzity v Turku a Turku University Hospital ukázala, že až jeden z šiestich diagnóz Parkinsonovej choroby sa zmení po desiatich rokoch sledovania.[1] Väčšina zmien diagnóz nastala do dvoch rokov od pôvodnej diagnózy.[1] Pri oddelení demencie s Lewyho telieskami ako samostatnej kategórie stúpa miera revízií na 17,7 %.[1] Štúdia sledovala vyše 1 600 pacientov diagnostikovaných neurológmi v rokoch 2006 až 2020.[1] Časté revidované diagnózy zahŕňali vaskulárny parkinsonizmus, progresívnu supranukleárnu paralýzu, multisystémovú atrofiu a klinicky neurčený parkinsonizmus.[1] Aj napriek používaniu zobrazovania dopamínových transportérov (DAT) zostávajú diagnostické ťažkosti, pričom posmrtné patológie potvrdili pôvodnú diagnózu v 64 % prípadov u 3 % zosnulých pacientov.[1]</w:t>
      </w:r>
    </w:p>
    <w:p/>
    <w:p>
      <w:pPr>
        <w:jc w:val="center"/>
      </w:pPr>
      <w:r>
        <w:t>Vygenerované: 26.03.2026 21:01:24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