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Krvné zrazeniny po kolonoskopii; Antibiotiká a riziko IBS; Môže vitamín D upokojiť IBD?</w:t>
      </w:r>
    </w:p>
    <w:p>
      <w:r>
        <w:t>Zdroj: MedPage Today</w:t>
      </w:r>
    </w:p>
    <w:p>
      <w:r>
        <w:t>Publikované: Thu, 26 Mar 2026 12:20:49 -0400</w:t>
      </w:r>
    </w:p>
    <w:p/>
    <w:p>
      <w:pPr>
        <w:pStyle w:val="Heading1"/>
      </w:pPr>
      <w:r>
        <w:t>Súhrn</w:t>
      </w:r>
    </w:p>
    <w:p>
      <w:r>
        <w:t>Bohužiaľ, v poskytnutých výsledkoch vyhľadávania sa nenachádza úplný text článku z MedPage Today s názvom "Blood Clots After Colonoscopy; Antibiotics and IBS Risk; Can Vitamin D Calm IBD?". Dostupné výsledky obsahujú len fragmenty zo slovenských a českých zdravotníckych zdrojov, ktoré sa týkajú iných tém (hypertenzie, rakoviny, reprodukčného zdravia), ale nie konkrétneho článku, ktorý ste požiadali zhrnúť. Na vytvorenie presného a faktického súhrnu podľa vašich požiadaviek by som potreboval úplný text pôvodného článku. Bez neho by som nemohol garantovať presnosť informácií a dodržať vašu požiadavku uvádzať len overené fakty z článku.</w:t>
      </w:r>
    </w:p>
    <w:p/>
    <w:p>
      <w:pPr>
        <w:jc w:val="center"/>
      </w:pPr>
      <w:r>
        <w:t>Vygenerované: 26.03.2026 19:02:01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