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Mayo chce od doktora 250 000 dolárov; 108 miliónov dolárov, verdikt za zranenie pri narodení; Docs' Corporate Takeover Suit</w:t>
      </w:r>
    </w:p>
    <w:p>
      <w:r>
        <w:t>Zdroj: MedPage Today</w:t>
      </w:r>
    </w:p>
    <w:p>
      <w:r>
        <w:t>Publikované: Thu, 26 Mar 2026 10:22:38 -0400</w:t>
      </w:r>
    </w:p>
    <w:p/>
    <w:p>
      <w:pPr>
        <w:pStyle w:val="Heading1"/>
      </w:pPr>
      <w:r>
        <w:t>Súhrn</w:t>
      </w:r>
    </w:p>
    <w:p>
      <w:r>
        <w:t>Dr. Michael Joyner, profesor a lekár z Kliniky Mayo, podal žalobu proti Mayo v novembri 2023, v ktorej tvrdil, že ho inštitúcia diskriminovala za jeho vyjadrenia v médiách a za whistleblowing[2]. Klinika Mayo vyhrala spor v februári 2026, keď porota rozhodla, že Mayo neporušila svoju politiku proti odvetným opatreniam voči Dr. Joynerovi[2]. Po svojom víťazstve teraz Mayo žiada Dr. Joynera, aby zaplatil celkom 256 564,26 dolárov na právnych poplatkoch vrátane poplatkov za expertov, depozície a prepisy z procesu[2]. Dr. Joyner podal námietku proti tejto požiadavke[2]. Disciplína voči Dr. Joynerovi sa týkala jeho komentárov v médiách, ktoré boli kritické voči vládnej agentúre a zdôrazňovali úlohu testosterónu vo výkone atlétov[1].</w:t>
      </w:r>
    </w:p>
    <w:p/>
    <w:p>
      <w:pPr>
        <w:jc w:val="center"/>
      </w:pPr>
      <w:r>
        <w:t>Vygenerované: 26.03.2026 17:01:05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