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Demokrati v Senáte ponúkajú plán na zvýšenie poistného krytia a zjednodušenie byrokracie v oblasti zdravotnej starostlivosti</w:t>
      </w:r>
    </w:p>
    <w:p>
      <w:r>
        <w:t>Zdroj: MedPage Today</w:t>
      </w:r>
    </w:p>
    <w:p>
      <w:r>
        <w:t>Publikované: Thu, 26 Mar 2026 10:45:02 -0400</w:t>
      </w:r>
    </w:p>
    <w:p/>
    <w:p>
      <w:pPr>
        <w:pStyle w:val="Heading1"/>
      </w:pPr>
      <w:r>
        <w:t>Súhrn</w:t>
      </w:r>
    </w:p>
    <w:p>
      <w:r>
        <w:t>Dvanásť demokratov v Senáte USA zverejnilo plán na zníženie nákladov na zdravotnú starostlivosť, rozšírenie poistného krytia a zjednodušenie systému.[1][2] Medzi senátormi sú Ron Wyden (D-Oregon), Elizabeth Warren (D-Massachusetts), Tammy Baldwin (D-Wisconsin), Elissa Slotkin (D-Michigan), Tina Smith (D-Minn.) a Peter Welch (D-Vt.).[1][2] Plán má tri hlavné ciele: zvrátiť republikánske škrtania v zdravotníctve, zjednodušiť poistenie pre rodiny a bojovať proti korporátnej chamtivosti poisťovní.[1][2] Navrhujú rozšíriť prístup k poisteniu pre nízkopríjmových ľudí v štátoch bez rozšírenia Medicaid, ukončiť „junk“ poistné plány a zrušiť nečakané daňové účty.[1] Kritizujú problémy ako obmedzené siete poskytovateľov, zamietnuté nároky a oneskorenú starostlivosť kvôli administratíve.[1][2] Senátori chcú zastaviť poisťovne, aby zarábali ako „neodpovední sprostredkovatelia“, ktorí oneskrcujú starostlivosť a zamietajú nároky.[1][2] Podrobnosti politík plánujú zverejniť v nasledujúcich týždňoch a mesiacoch.[1][2]</w:t>
      </w:r>
    </w:p>
    <w:p/>
    <w:p>
      <w:pPr>
        <w:jc w:val="center"/>
      </w:pPr>
      <w:r>
        <w:t>Vygenerované: 26.03.2026 17:00:53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