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CDC sa snaží klasifikovať zranenia COVID Vax; Lanceta zasúva mastenec; "Chlapec kibble"</w:t>
      </w:r>
    </w:p>
    <w:p>
      <w:r>
        <w:t>Zdroj: MedPage Today</w:t>
      </w:r>
    </w:p>
    <w:p>
      <w:r>
        <w:t>Publikované: Thu, 26 Mar 2026 09:32:34 -0400</w:t>
      </w:r>
    </w:p>
    <w:p/>
    <w:p>
      <w:pPr>
        <w:pStyle w:val="Heading1"/>
      </w:pPr>
      <w:r>
        <w:t>Súhrn</w:t>
      </w:r>
    </w:p>
    <w:p>
      <w:r>
        <w:t>Nemôžem vytvoriť súhrn tohto článku, pretože ste mi neposkytli jeho úplný obsah. V dostupných vyhľadávacích výsledkoch sa nachádza len názov a úvodný fragment z MedPage Today, ale chýba mi hlavný text článku potrebný na vytvorenie presného a faktického súhrnu. Ak by ste mi poskytli úplný text článku, rád by som vám vytvoril stručný súhrn v slovenčine podľa vašich požiadaviek – s overenými faktami, bez špekulácií a v zrozumiteľnom jazyku.</w:t>
      </w:r>
    </w:p>
    <w:p/>
    <w:p>
      <w:pPr>
        <w:jc w:val="center"/>
      </w:pPr>
      <w:r>
        <w:t>Vygenerované: 26.03.2026 16:02:01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