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Biely dom zmeškal termín na nomináciu nového riaditeľa CDC</w:t>
      </w:r>
    </w:p>
    <w:p>
      <w:r>
        <w:t>Zdroj: STAT News</w:t>
      </w:r>
    </w:p>
    <w:p>
      <w:r>
        <w:t>Publikované: Thu, 26 Mar 2026 14:15:26 +0000</w:t>
      </w:r>
    </w:p>
    <w:p/>
    <w:p>
      <w:pPr>
        <w:pStyle w:val="Heading1"/>
      </w:pPr>
      <w:r>
        <w:t>Súhrn</w:t>
      </w:r>
    </w:p>
    <w:p>
      <w:r>
        <w:t>Biely dom zmeškal termín na nomináciu nového riaditeľa CDC, čím sa predlžuje neistota v vedení agentúry.[1][2][3] Podľa federálneho zákona Federal Vacancies Reform Act mohol Jay Bhattacharya ako dočasný riaditeľ pôsobiť maximálne 210 dní bez senátnej potvrdenia, čo uplynulo v stredu.[1][3][4] Bhattacharya, ktorý je zároveň riaditeľom National Institutes of Health, bude naďalej vykonávať delegovateľné úlohy riaditeľa CDC, ale stratí oficiálny titul dočasného riaditeľa.[1][2][3] Niektoré ne delegovateľné funkcie prevezme minister zdravotníctva Robert F. Kennedy Jr.[1] Predchádzajúca riaditeľka Susan Monarez bola potvrdená v júli, ale prepustená koncom augusta po nesúhlase s vakcinačnou politikou Kennedyho.[1] Administratíva hľadá stálého kandidáta, pričom je v hre asi šesť uchádzačov.[2] Podľa vyjadrenia Bhattacharyu na stretnutí so zamestnancami môže Trump nominovať nového riaditeľa čoskoro, ale zmena nie je nevyhnutná.[2] Týmto sa potvrdzuje pretrvávajúci chaos v riadení CDC od začiatku druhého mandátu Trumpa.[1][4]</w:t>
      </w:r>
    </w:p>
    <w:p/>
    <w:p>
      <w:pPr>
        <w:jc w:val="center"/>
      </w:pPr>
      <w:r>
        <w:t>Vygenerované: 26.03.2026 16:01:49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