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To, čo robíte v strednom veku, môže odhaliť, ako dlho budete žiť</w:t>
      </w:r>
    </w:p>
    <w:p>
      <w:r>
        <w:t>Zdroj: ScienceDaily Health</w:t>
      </w:r>
    </w:p>
    <w:p>
      <w:r>
        <w:t>Publikované: Thu, 26 Mar 2026 07:18:41 EDT</w:t>
      </w:r>
    </w:p>
    <w:p/>
    <w:p>
      <w:pPr>
        <w:pStyle w:val="Heading1"/>
      </w:pPr>
      <w:r>
        <w:t>Súhrn</w:t>
      </w:r>
    </w:p>
    <w:p>
      <w:r>
        <w:t>Vedci sledovaním rýb počas ich života zistili, že jednoduché správanie v strednom veku, ako pohyb a spánok, môže predpovedať dĺžku života. Ryby, ktoré zostali aktívne a spali väčšinou v noci, mali tendenciu žiť dlhšie ako tie, ktoré spomalili skôr. Ryby, ktoré znížili svoju aktivitu v strednom veku, žili kratšie. Vedci objavili, že starnutie sa nerozvíja hladko, ale prebieha v náhlych skokoch medzi jednotlivými fázami. Výskum naznačuje, že každodenné návyky, ako sú pohyb a spánkové vzorce, môžu byť indikátorom procesu starnutia. Sledovanie týchto návykov u ľudí by mohlo pomôcť odhaliť skoré znaky starnutia. Práca poukazuje na potenciál používania jednoduchých správaní ako ukazovateľov budúcej dĺžky života.</w:t>
      </w:r>
    </w:p>
    <w:p/>
    <w:p>
      <w:pPr>
        <w:jc w:val="center"/>
      </w:pPr>
      <w:r>
        <w:t>Vygenerované: 26.03.2026 14:01:01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